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Subtracting Fractions – Word Problem Worksheet</w:t>
      </w:r>
    </w:p>
    <w:p>
      <w:r>
        <w:t>Name: ___________________________    Date: _______________</w:t>
        <w:br/>
      </w:r>
    </w:p>
    <w:p>
      <w:r>
        <w:t>Instructions: Read the word problem below. Follow the step-by-step prompts to solve it. Then, complete the visual section and answer the reflection question.</w:t>
        <w:br/>
      </w:r>
    </w:p>
    <w:p>
      <w:r>
        <w:t>🍕 Word Problem:</w:t>
      </w:r>
    </w:p>
    <w:p>
      <w:r>
        <w:t>You ate 2/5 of a pizza. Your friend ate 1/5 of the same pizza. How much more did you eat than your friend?</w:t>
      </w:r>
    </w:p>
    <w:p>
      <w:r>
        <w:br/>
        <w:t>✅ Step 1: Understand the problem</w:t>
      </w:r>
    </w:p>
    <w:p>
      <w:r>
        <w:t>Write down the two fractions:</w:t>
      </w:r>
    </w:p>
    <w:p>
      <w:r>
        <w:t>You: ________      Friend: ________</w:t>
      </w:r>
    </w:p>
    <w:p>
      <w:r>
        <w:br/>
        <w:t>✅ Step 2: Check the denominators</w:t>
      </w:r>
    </w:p>
    <w:p>
      <w:r>
        <w:t>Are the denominators the same? Circle one:    YES    /    NO</w:t>
      </w:r>
    </w:p>
    <w:p>
      <w:r>
        <w:t>If YES, keep the denominator and subtract the numerators.</w:t>
      </w:r>
    </w:p>
    <w:p>
      <w:r>
        <w:br/>
        <w:t>✅ Step 3: Subtract the numerators</w:t>
      </w:r>
    </w:p>
    <w:p>
      <w:r>
        <w:t>Show your subtraction:</w:t>
      </w:r>
    </w:p>
    <w:p>
      <w:r>
        <w:t>________  -  ________  =  ________</w:t>
      </w:r>
    </w:p>
    <w:p>
      <w:r>
        <w:br/>
        <w:t>✅ Step 4: Final Answer</w:t>
      </w:r>
    </w:p>
    <w:p>
      <w:r>
        <w:t>You ate ________ more than your friend.</w:t>
      </w:r>
    </w:p>
    <w:p>
      <w:r>
        <w:br/>
        <w:t>🎨 Visual Representation (Optional)</w:t>
      </w:r>
    </w:p>
    <w:p>
      <w:r>
        <w:t>Draw two pizzas below and shade the correct number of slices to represent how much you and your friend ate.</w:t>
        <w:br/>
        <w:t>Use different colors or patterns for each. Then, draw a third pizza showing the difference.</w:t>
        <w:br/>
      </w:r>
    </w:p>
    <w:p>
      <w:r>
        <w:t>[ Friend's Pizza ]</w:t>
      </w:r>
    </w:p>
    <w:p>
      <w:r>
        <w:t>🟦🟦🟦🟦🟦 (Shade 1/5)</w:t>
      </w:r>
    </w:p>
    <w:p>
      <w:r>
        <w:br/>
        <w:t>[ Your Pizza ]</w:t>
      </w:r>
    </w:p>
    <w:p>
      <w:r>
        <w:t>🟦🟦🟦🟦🟦 (Shade 2/5)</w:t>
      </w:r>
    </w:p>
    <w:p>
      <w:r>
        <w:br/>
        <w:t>[ Difference Pizza ]</w:t>
      </w:r>
    </w:p>
    <w:p>
      <w:r>
        <w:t>🟦🟦🟦🟦🟦 (Shade the difference – 1/5)</w:t>
      </w:r>
    </w:p>
    <w:p>
      <w:r>
        <w:br/>
        <w:t>📝 Reflection:</w:t>
      </w:r>
    </w:p>
    <w:p>
      <w:r>
        <w:t>How did using step-by-step strategies or visuals help you understand fraction subtraction better?</w:t>
      </w:r>
    </w:p>
    <w:p>
      <w:r>
        <w:t>____________________________________________________________________________________________________</w:t>
      </w:r>
    </w:p>
    <w:p>
      <w:r>
        <w:t>____________________________________________________________________________________________________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