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Ratios, Rates, and Proportions – Practice Worksheet</w:t>
      </w:r>
    </w:p>
    <w:p>
      <w:r>
        <w:t>Name: ___________________________    Date: _______________</w:t>
        <w:br/>
      </w:r>
    </w:p>
    <w:p>
      <w:r>
        <w:t>Instructions: Answer the questions below. Show all your work and simplify your answers if needed.</w:t>
        <w:br/>
      </w:r>
    </w:p>
    <w:p>
      <w:r>
        <w:t>🔹 Part A: Ratios</w:t>
      </w:r>
    </w:p>
    <w:p>
      <w:r>
        <w:t>1. A class has 12 boys and 16 girls. What is the ratio of boys to girls?</w:t>
      </w:r>
    </w:p>
    <w:p>
      <w:r>
        <w:t xml:space="preserve">   __________________________________________</w:t>
      </w:r>
    </w:p>
    <w:p>
      <w:r>
        <w:t>2. A fruit basket has 3 apples, 2 bananas, and 5 oranges. What is the ratio of apples to oranges?</w:t>
      </w:r>
    </w:p>
    <w:p>
      <w:r>
        <w:t xml:space="preserve">   __________________________________________</w:t>
      </w:r>
    </w:p>
    <w:p>
      <w:r>
        <w:t>3. Simplify the ratio 18:24.</w:t>
      </w:r>
    </w:p>
    <w:p>
      <w:r>
        <w:t xml:space="preserve">   __________________________________________</w:t>
      </w:r>
    </w:p>
    <w:p>
      <w:r>
        <w:br/>
        <w:t>🔸 Part B: Rates</w:t>
      </w:r>
    </w:p>
    <w:p>
      <w:r>
        <w:t>4. A car travels 120 kilometers in 2 hours. What is the rate in kilometers per hour?</w:t>
      </w:r>
    </w:p>
    <w:p>
      <w:r>
        <w:t xml:space="preserve">   __________________________________________</w:t>
      </w:r>
    </w:p>
    <w:p>
      <w:r>
        <w:t>5. A pack of 6 pencils costs $3. What is the cost per pencil?</w:t>
      </w:r>
    </w:p>
    <w:p>
      <w:r>
        <w:t xml:space="preserve">   __________________________________________</w:t>
      </w:r>
    </w:p>
    <w:p>
      <w:r>
        <w:t>6. Jamie walks 5 miles in 1.25 hours. What is her speed in miles per hour?</w:t>
      </w:r>
    </w:p>
    <w:p>
      <w:r>
        <w:t xml:space="preserve">   __________________________________________</w:t>
      </w:r>
    </w:p>
    <w:p>
      <w:r>
        <w:br/>
        <w:t>🟢 Part C: Proportions</w:t>
      </w:r>
    </w:p>
    <w:p>
      <w:r>
        <w:t>7. If 4 pencils cost $10, how much do 9 pencils cost?</w:t>
      </w:r>
    </w:p>
    <w:p>
      <w:r>
        <w:t xml:space="preserve">   Set up the proportion: ____________________________</w:t>
      </w:r>
    </w:p>
    <w:p>
      <w:r>
        <w:t xml:space="preserve">   Cross multiply: ____________________________</w:t>
      </w:r>
    </w:p>
    <w:p>
      <w:r>
        <w:t xml:space="preserve">   Solve for x: ____________________________</w:t>
      </w:r>
    </w:p>
    <w:p>
      <w:r>
        <w:t xml:space="preserve">   Final answer: ____________________________</w:t>
      </w:r>
    </w:p>
    <w:p>
      <w:r>
        <w:t>8. If 3 shirts cost $27, how much do 5 shirts cost?</w:t>
      </w:r>
    </w:p>
    <w:p>
      <w:r>
        <w:t xml:space="preserve">   Set up the proportion: ____________________________</w:t>
      </w:r>
    </w:p>
    <w:p>
      <w:r>
        <w:t xml:space="preserve">   Cross multiply: ____________________________</w:t>
      </w:r>
    </w:p>
    <w:p>
      <w:r>
        <w:t xml:space="preserve">   Solve for x: ____________________________</w:t>
      </w:r>
    </w:p>
    <w:p>
      <w:r>
        <w:t xml:space="preserve">   Final answer: ____________________________</w:t>
      </w:r>
    </w:p>
    <w:p>
      <w:r>
        <w:t>9. If 7 notebooks cost $21, how much do 4 notebooks cost?</w:t>
      </w:r>
    </w:p>
    <w:p>
      <w:r>
        <w:t xml:space="preserve">   Set up the proportion: ____________________________</w:t>
      </w:r>
    </w:p>
    <w:p>
      <w:r>
        <w:t xml:space="preserve">   Cross multiply: ____________________________</w:t>
      </w:r>
    </w:p>
    <w:p>
      <w:r>
        <w:t xml:space="preserve">   Solve for x: ____________________________</w:t>
      </w:r>
    </w:p>
    <w:p>
      <w:r>
        <w:t xml:space="preserve">   Final answer: ____________________________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