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Multiplying Fractions – Practice Worksheet</w:t>
      </w:r>
    </w:p>
    <w:p>
      <w:r>
        <w:t>Name: ______________________</w:t>
      </w:r>
    </w:p>
    <w:p>
      <w:r>
        <w:t>Date: ______________________</w:t>
      </w:r>
    </w:p>
    <w:p>
      <w:pPr>
        <w:pStyle w:val="Heading2"/>
      </w:pPr>
      <w:r>
        <w:t>Part 1: Multiply the Fractions (Don't forget to simplify!)</w:t>
      </w:r>
    </w:p>
    <w:p>
      <w:r>
        <w:t>1. 2/3 × 3/4 = __________</w:t>
      </w:r>
    </w:p>
    <w:p>
      <w:r>
        <w:t>2. 5/6 × 1/2 = __________</w:t>
      </w:r>
    </w:p>
    <w:p>
      <w:r>
        <w:t>3. 3/5 × 2/7 = __________</w:t>
      </w:r>
    </w:p>
    <w:p>
      <w:r>
        <w:t>4. 4/9 × 3/4 = __________</w:t>
      </w:r>
    </w:p>
    <w:p>
      <w:r>
        <w:t>5. 1/8 × 6/7 = __________</w:t>
      </w:r>
    </w:p>
    <w:p>
      <w:pPr>
        <w:pStyle w:val="Heading2"/>
      </w:pPr>
      <w:r>
        <w:t>Part 2: Multiply Whole Numbers with Fractions</w:t>
      </w:r>
    </w:p>
    <w:p>
      <w:r>
        <w:t>6. 3 × 2/5 = __________</w:t>
      </w:r>
    </w:p>
    <w:p>
      <w:r>
        <w:t>7. 5 × 1/6 = __________</w:t>
      </w:r>
    </w:p>
    <w:p>
      <w:r>
        <w:t>8. 7 × 3/4 = __________</w:t>
      </w:r>
    </w:p>
    <w:p>
      <w:r>
        <w:t>9. 2 × 5/8 = __________</w:t>
      </w:r>
    </w:p>
    <w:p>
      <w:r>
        <w:t>10. 6 × 2/3 = __________</w:t>
      </w:r>
    </w:p>
    <w:p>
      <w:pPr>
        <w:pStyle w:val="Heading2"/>
      </w:pPr>
      <w:r>
        <w:t>Part 3: Word Problems</w:t>
      </w:r>
    </w:p>
    <w:p>
      <w:r>
        <w:t>11. Ava drank 2/3 of a bottle of juice. Her brother drank 1/2 of what Ava drank.</w:t>
        <w:br/>
        <w:t>How much of the bottle did her brother drink?</w:t>
        <w:br/>
        <w:t>Answer: ___________________________</w:t>
      </w:r>
    </w:p>
    <w:p>
      <w:r>
        <w:t>12. A recipe needs 3/4 of a cup of flour. If you make half the recipe, how much flour do you need?</w:t>
        <w:br/>
        <w:t>Answer: ___________________________</w:t>
      </w:r>
    </w:p>
    <w:p>
      <w:r>
        <w:t>13. You walked 5/6 of a kilometer. Your friend walked 2/3 of what you walked.</w:t>
        <w:br/>
        <w:t>How far did your friend walk?</w:t>
        <w:br/>
        <w:t>Answer: ___________________________</w:t>
      </w:r>
    </w:p>
    <w:p>
      <w:pPr>
        <w:pStyle w:val="Heading2"/>
      </w:pPr>
      <w:r>
        <w:t>Part 4: Challenge Yourself!</w:t>
      </w:r>
    </w:p>
    <w:p>
      <w:r>
        <w:t>14. 9/10 × 5/6 = __________</w:t>
      </w:r>
    </w:p>
    <w:p>
      <w:r>
        <w:t>15. 7/8 × 4/9 = __________</w:t>
      </w:r>
    </w:p>
    <w:p>
      <w:r>
        <w:t>16. 4 × 3/7 = __________</w:t>
      </w:r>
    </w:p>
    <w:p>
      <w:r>
        <w:t>17. 12/15 × 5/8 = __________</w:t>
      </w:r>
    </w:p>
    <w:p>
      <w:r>
        <w:t>⭐ Remember:</w:t>
        <w:br/>
        <w:t>- Multiply tops (numerators)</w:t>
        <w:br/>
        <w:t>- Multiply bottoms (denominators)</w:t>
        <w:br/>
        <w:t>- Simplify if you can!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